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تكنولوجيا المعلومات و الإتصال على إدارة الموارد البشرية دراسة حالة  مؤسسة اتصالات الجزائر  -ميلة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بشرى قرماط/ عقبة قطاف(مشرفا)/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