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 وبديل البنوك الإسلامية -دراسة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خديجة/ لعتامنة وداد/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