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البطاقات البنكية في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فصيح/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