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إدارة الجودة الشاملة ومواصفات الإيزو في تنافسية المؤسسة الإقتصادية -دراسة ميدانية بمؤسسة هنكل *شلغوم العيد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منار علاء الدين/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