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التسويق الإلكتروني في تنشيط السياحة في الجزائر دراسة حالة  مديرية السياحة لمديرية ميلة ووكالة سيفاتي للسياحة والسفر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بوالعيش السعيد/ برني ميلود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