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والبطالة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بولقرادش خالد/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