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الإعراب بين القدامى و 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سلمى برباش/ زينة بن عراب/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