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الإستفهام النحوي في 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صوفان سلاف/ صوفان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