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موضوع البحر في الأدب العربي رواية السفينة لجبرل إبراهيم جبرا-نمودجا-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لمزري زينب/ مجوب رانية/ بوقدح سعيدة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8005211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