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الديني في قصيدة 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خرفية/ مريخي رشيدة/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