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قصيدة"هوامش على دفتر النكسة"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مخلوفي/ ياسمينة بنور/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