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الغربة و السجون "مفدي زكرياء"أنمودجا"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مسعودة أوشيكن/ كريمة مقران/ صليحة بو الطواطو/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