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اللغوية في سورة الكهف دراسة لسانية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شهرزاد كعوان/ عائشة بوراس/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