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القصيدة عند أبي العتاهية دراسة نحوية وظيفية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حملاوي/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