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التوكيد في السور المكية-بعض الآيات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لخنافر/ منال لخنافر/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