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رومانسية جبران خليل جبران في قصيدة المواكب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دباح عايدة/ بوعفينة سعاد/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