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الصورة الشعرية عند 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آمنة/ شعيب ياسمينة/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