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و الحب في شعر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قندوز سليمة/ أمال بوفلغور/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