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استلهام التراث الشعبي عند واسيني االأعرج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فناش منى/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