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لارواية غدا يوم جديد ل 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رقية بوحبل/ إيمان رياح/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