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الطبيعة عند إبن الرومي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ربيعة حميدة/ سميرة زغبيب/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