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اللاز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رقاد/ نصيحة لكنوش/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