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حرفي الجر"في"و"على"في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سقني/ فطيمة عوينة/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