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البطل في معلقة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لزهر حليم/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