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بعض مظاهر الإعجاز البياني في القرآن الكريم-السورة المكية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حليمة لهشيلي/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