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الجزائرية"سيدة المقام"لواسيني الأعرج-أنموذجا-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تباني/ حليمة موهوب/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