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الألم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خاليدة/ مغزيلي حنان/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