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المنادى:دراسة نحوية دلالية "سورة البقرة"أنموذجا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حلايلي لبنى/ حجاز فيروز/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