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الإنتماء في الرواية الفلسطينية رواية" عائد إلى حيفا لغسان كنفاني-أنموذجا-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أميرة نوري/ فاطنة الزهراء حليس/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