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المحكي في رواية سيدة المقام لواسيني الأعرج-نموذجا-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بن مسيعود/ يمينة بن صالح/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