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المثقف في الرواية الجزائرية "قصيدة في التذلل"أنموذجا"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بلحلو منية/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