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الدراسة البلاغية لقصيدة عمورية لأبي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شهيمة/ عكال نادية/ شروانة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