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الاستعارة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عفاف العيون/ كريمة بوراس/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