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عند مفدي زكرياء الياذة الجزائر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هشام/ بومليط نسيمة/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