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الموضوعاتية في كتاب شعراء الجزائر في العصر الحاضر الجزء الاول لمحمد الهادي السنوسي الزاهري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ياسمينة بلمنيغر/ أحلام عتمة/ طبيش عبد الكريم(مشرفا)/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8004211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