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تشائمية في الأدب الم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صري أميرة/ رحماني دنيا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