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جمعية العلماء المسلمين الجزائريين في نهضة الأدب الجزائري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وسيلة تيكودان/ سلوى طواهرة/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