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العنوان في رواية "عابر سرير"لأحلام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ربيعة ميروح/ منيرة جعبوب/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