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نداء في القران الكريم سورة البقرة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ورية مزهود/ فريدة بوحبل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