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شعر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نجاة بلزباش/ نورة العيفة/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