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الشعبية "لونجة بنت الغولة"أنمودجا" دراسة بنيوية-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سامية بو كماية/ سامية عين سوية/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