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 غدا يوم جديد"لعبد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صايفي/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