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السماع والقياس في كتاب"معاني القرآن" للفراء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حمودة/ فتيحة بومشعل/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