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الطفولة عند 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بن زهرة/ آسيا بوصبوع/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