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اللعنة والغفران لعزالدين ميهوبي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كروم/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