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ذاكرة الجسد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أسماء/ روابح أمينة/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