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حرف الجر "من"في سورة البقرة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شهيرة قيبوح/ وداد لعريوي/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