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المسار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بوجريو/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