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théorème du point fixe et ces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Lalaoui fatima zohra/ hamri nasreddine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