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 Formes réduites de Jordan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Benkouider Lemya/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